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손익계산서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회 사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(주)문제창고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작성기준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2026.01.01 ~ 12.31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단 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작성일자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2027.01.15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손 익 계 산 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과 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당 기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전 기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과 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당 기 금 액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전 기 금 액</w:t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Ⅰ. 매출액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500,000,000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420,000,000</w:t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작성 순서 : 매출액 → 매출원가 → 매출총이익 → 판매비와관리비 → 영업이익 → 영업외수익/비용 → 법인세비용차감전순이익 → 법인세비용 → 당기순이익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주요 증감 사유 및 특이사항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31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