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재무상태표(대차대조표)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 사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기준일자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2026.12.31 현재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단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2027.01.15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자     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과 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 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 기</w:t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Ⅰ. 유동자산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180,000,000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150,000,000</w:t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자 산 총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부   채   및   자   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과 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 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 기</w:t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Ⅰ. 유동부채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70,000,000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65,000,000</w:t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부채와자본총계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자산총계 = 부채와자본총계 가 일치하는지 반드시 확인하십시오.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