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법인카드 사용내역서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사용월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카드번호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1234-****-****-5678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사용자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카드구분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법인 공용 / 개인 명의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사용일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가맹점명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사용 목적 / 참석자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계정과목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8/3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○○식당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팀 회식 (5명)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복리후생비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180,000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접대비(기업업무추진비) 사용 시 거래처명과 참석자를 반드시 기재하여야 하며, 건당 3만원 초과 시 적격증빙을 첨부하여야 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특이사항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개인 사용분 반납, 사용 취소 건 등을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