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3"/>
        </w:rPr>
        <w:t>퇴직금 계산서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근 로 자 정 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소 속 / 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마케팅팀 /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퇴직 사유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자진 퇴사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입사일자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2013.03.15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퇴사일자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계속근로기간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13년 5개월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평 균 임 금 산 정 (퇴직 전 3개월)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산정 기간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일수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기본급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제수당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합계(원)</w:t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2026.06.01~06.30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400,000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3,400,000</w:t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퇴 직 금 산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금 액 / 산 식</w:t>
            </w:r>
          </w:p>
        </w:tc>
      </w:tr>
      <w:tr>
        <w:trPr>
          <w:trHeight w:val="304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① 3개월 임금총액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10,200,000원</w:t>
            </w:r>
          </w:p>
        </w:tc>
      </w:tr>
      <w:tr>
        <w:trPr>
          <w:trHeight w:val="304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4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/>
          <w:sz w:val="16"/>
        </w:rPr>
        <w:t>※ 퇴직금 = 1일 평균임금 × 30일 × (총 계속근로기간 ÷ 365)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지 급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퇴직금 총액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퇴직소득세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지방소득세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실지급액</w:t>
            </w:r>
          </w:p>
        </w:tc>
      </w:tr>
      <w:tr>
        <w:trPr>
          <w:trHeight w:val="304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지급 예정일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2026.09.14 (퇴직일로부터 14일 이내)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8"/>
        </w:rPr>
        <w:t>위와 같이 퇴직금을 산정하였음을 확인합니다.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9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확 인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8"/>
        </w:rPr>
        <w:t>수 령 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