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면접평가표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지원자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지원분야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기획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면접일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면접위원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김철수 팀장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면접구분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1차 실무면접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면접시간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14:00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평 가 항 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평가항목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세부 평가기준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배점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점수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직무전문성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직무 관련 지식 및 경험 보유 수준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27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100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판 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합격 / 보류 / 불합격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추천등급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S / A / B / C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면접위원 종합의견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지원자의 강점과 보완점, 채용 추천 사유를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면접위원    소속 / 직위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