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3"/>
        </w:rPr>
        <w:t>결산보고서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4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결산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2026.01.01 ~ 12.31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작성일자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2027.01.20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회 사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작 성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김경리 과장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경 영 실 적 요 약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당 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전 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증감률</w:t>
            </w:r>
          </w:p>
        </w:tc>
      </w:tr>
      <w:tr>
        <w:trPr>
          <w:trHeight w:val="30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매출액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500,000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420,000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+19.0%</w:t>
            </w:r>
          </w:p>
        </w:tc>
      </w:tr>
      <w:tr>
        <w:trPr>
          <w:trHeight w:val="30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예 산 대 비 집 행 실 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계정과목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예산액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집행액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집행률</w:t>
            </w:r>
          </w:p>
        </w:tc>
      </w:tr>
      <w:tr>
        <w:trPr>
          <w:trHeight w:val="30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광고선전비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30,000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28,400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94.7%</w:t>
            </w:r>
          </w:p>
        </w:tc>
      </w:tr>
      <w:tr>
        <w:trPr>
          <w:trHeight w:val="30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합  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주요 증감 원인 분석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22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차기 개선 방안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2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대표이사</w:t>
            </w:r>
          </w:p>
        </w:tc>
      </w:tr>
      <w:tr>
        <w:trPr>
          <w:trHeight w:val="30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