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원가계산서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제품(공사)명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 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생산 수량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산정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 ~ 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재 료 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프레임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스틸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25,000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2,500,000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재료비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노 무 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투입 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시간당 단가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조립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160시간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7,200,000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노무비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경 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산출 근거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전력비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생산 설비 가동분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320,000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경비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원 가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제조원가 합계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단위당 원가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목표 이익률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판매 단가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