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위임장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위 임 인 (본 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수 임 인 (대 리 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850505-1******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본인과의 관계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형제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위 임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위임하는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예) 부동산 매매계약 체결 및 잔금 수령에 관한 일체의 권한</w:t>
              <w:br/>
              <w:t>※ 위임 범위를 구체적으로 특정하여 기재하십시오.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위임 기간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 ~ 2026.08.31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본인은 위 수임인에게 위 사항에 관한 권한을 위임합니다.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첨부 : 위임인 인감증명서 1부 (또는 본인서명사실확인서)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위임인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