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5"/>
        </w:rPr>
        <w:t>탄원서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5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수 신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3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수신 기관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○○지방법원 제○형사부 귀중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3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사건번호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2026고단○○○○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피고인 / 대상자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홍길동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탄 원 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3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성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김탄원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대상자와의 관계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직장 동료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3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서울특별시 강남구 테헤란로 123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3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연 락 처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010-1234-5678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0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탄 원 취 지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7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예) 피고인에 대하여 선처를 베풀어 주시기를 간곡히 탄원합니다.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0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탄 원 이 유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8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1. 탄원인과 대상자의 관계 및 알고 지낸 기간</w:t>
              <w:br/>
              <w:t>2. 대상자의 평소 성품과 생활 태도</w:t>
              <w:br/>
              <w:t>3. 사건 이후 대상자의 반성 및 피해 회복 노력</w:t>
              <w:br/>
              <w:t>4. 대상자의 가정 형편 등 참작할 만한 사정</w:t>
              <w:br/>
              <w:t>5. 선처를 구하는 간곡한 호소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 w:val="0"/>
          <w:sz w:val="19"/>
        </w:rPr>
        <w:t>위와 같은 사정을 헤아리시어 부디 선처하여 주시기를 간곡히 탄원드립니다.</w:t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7"/>
        </w:rPr>
        <w:t>※ 첨부 : 탄원인 신분증 사본 1부</w:t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0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>탄원인    성 명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