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사실확인서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확 인 자 (작 성 인)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김확인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1985.05.05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당사자와의 관계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직장 동료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확 인 대 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대상자 성명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확인 용도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법원 제출용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확 인 하 는 사 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본인이 직접 보거나 들어서 알고 있는 사실만을 육하원칙에 따라 구체적으로 기재합니다. 추측이나 전해 들은 내용은 그 사실을 명시하십시오.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0"/>
        </w:rPr>
        <w:t>위 내용은 본인이 직접 경험하여 알고 있는 사실과 다름이 없으며, 만일 허위 사실이 있을 경우 그에 따른 법적 책임을 감수하겠습니다.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첨부 : 확인자 신분증 사본 1부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확인자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