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0"/>
        <w:jc w:val="center"/>
        <w:pBdr>
          <w:bottom w:val="single" w:sz="12" w:color="1F3864" w:space="2"/>
        </w:pBdr>
      </w:pPr>
      <w:r>
        <w:rPr>
          <w:rFonts w:ascii="맑은 고딕" w:hAnsi="맑은 고딕" w:eastAsia="맑은 고딕"/>
          <w:b/>
          <w:color w:val="1F3864"/>
          <w:sz w:val="30"/>
        </w:rPr>
        <w:t>소장(민사소송)</w:t>
      </w:r>
    </w:p>
    <w:p>
      <w:pPr>
        <w:spacing w:before="0" w:after="80"/>
        <w:jc w:val="left"/>
      </w:pPr>
      <w:r>
        <w:rPr>
          <w:rFonts w:ascii="맑은 고딕" w:hAnsi="맑은 고딕" w:eastAsia="맑은 고딕"/>
          <w:b w:val="0"/>
          <w:color w:val="808080"/>
          <w:sz w:val="13"/>
        </w:rPr>
        <w:t>※ 연한 노랑 칸에 내용을 입력하세요. 파란 글씨 예시는 지우고 작성하시면 됩니다.</w:t>
      </w:r>
    </w:p>
    <w:p>
      <w:pPr>
        <w:spacing w:before="0" w:after="60"/>
        <w:jc w:val="center"/>
      </w:pPr>
      <w:r>
        <w:rPr>
          <w:rFonts w:ascii="맑은 고딕" w:hAnsi="맑은 고딕" w:eastAsia="맑은 고딕"/>
          <w:b/>
          <w:sz w:val="22"/>
        </w:rPr>
        <w:t>소       장</w:t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63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 xml:space="preserve"> 원 고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94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5"/>
              </w:rPr>
              <w:t>성명(상호)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홍길동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5"/>
              </w:rPr>
              <w:t>주민등록번호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900101-1******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94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5"/>
              </w:rPr>
              <w:t>주 소</w:t>
            </w:r>
          </w:p>
        </w:tc>
        <w:tc>
          <w:tcPr>
            <w:tcW w:type="dxa" w:w="9429"/>
            <w:gridSpan w:val="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서울특별시 강남구 테헤란로 123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94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5"/>
              </w:rPr>
              <w:t>연 락 처</w:t>
            </w:r>
          </w:p>
        </w:tc>
        <w:tc>
          <w:tcPr>
            <w:tcW w:type="dxa" w:w="9429"/>
            <w:gridSpan w:val="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010-1234-5678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63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 xml:space="preserve"> 피 고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94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5"/>
              </w:rPr>
              <w:t>성명(상호)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김피고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5"/>
              </w:rPr>
              <w:t>연 락 처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010-9876-5432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94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5"/>
              </w:rPr>
              <w:t>주 소</w:t>
            </w:r>
          </w:p>
        </w:tc>
        <w:tc>
          <w:tcPr>
            <w:tcW w:type="dxa" w:w="9429"/>
            <w:gridSpan w:val="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서울특별시 서초구 서초대로 456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94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5"/>
              </w:rPr>
              <w:t>사 건 명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대여금 청구의 소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5"/>
              </w:rPr>
              <w:t>소송목적의 값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20,000,000원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35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  <w:t xml:space="preserve"> 청 구 취 지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1315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top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1. 피고는 원고에게 금 20,000,000원 및 이에 대하여 이 사건 소장 부본 송달일 다음날부터 다 갚는 날까지 연 12%의 비율에 의한 금원을 지급하라.</w:t>
              <w:br/>
              <w:t>2. 소송비용은 피고가 부담한다.</w:t>
              <w:br/>
              <w:t>3. 위 제1항은 가집행할 수 있다.</w:t>
              <w:br/>
              <w:t>라는 판결을 구합니다.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35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  <w:t xml:space="preserve"> 청 구 원 인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630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top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1. 당사자의 관계</w:t>
              <w:br/>
              <w:t>2. 채권의 발생 경위 (계약일, 금액, 조건 등)</w:t>
              <w:br/>
              <w:t>3. 피고의 채무 불이행 사실</w:t>
              <w:br/>
              <w:t>4. 원고의 이행 청구 및 피고의 태도</w:t>
              <w:br/>
              <w:t>5. 결론 — 따라서 원고는 청구취지와 같은 판결을 구하기 위하여 이 사건 소를 제기합니다.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63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 xml:space="preserve"> 입 증 방 법 및 첨 부 서 류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63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번호</w:t>
            </w:r>
          </w:p>
        </w:tc>
        <w:tc>
          <w:tcPr>
            <w:tcW w:type="dxa" w:w="6735"/>
            <w:gridSpan w:val="5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증거의 표시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비 고</w:t>
            </w:r>
          </w:p>
        </w:tc>
      </w:tr>
      <w:tr>
        <w:trPr>
          <w:trHeight w:val="263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갑 제1호증</w:t>
            </w:r>
          </w:p>
        </w:tc>
        <w:tc>
          <w:tcPr>
            <w:tcW w:type="dxa" w:w="6735"/>
            <w:gridSpan w:val="5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차용증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사본 1부</w:t>
            </w:r>
          </w:p>
        </w:tc>
      </w:tr>
      <w:tr>
        <w:trPr>
          <w:trHeight w:val="263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6735"/>
            <w:gridSpan w:val="5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263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6735"/>
            <w:gridSpan w:val="5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263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6735"/>
            <w:gridSpan w:val="5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20" w:lineRule="exact"/>
      </w:pPr>
      <w:r>
        <w:rPr>
          <w:rFonts w:ascii="맑은 고딕" w:hAnsi="맑은 고딕" w:eastAsia="맑은 고딕"/>
          <w:b w:val="0"/>
          <w:sz w:val="10"/>
        </w:rPr>
      </w:r>
    </w:p>
    <w:p>
      <w:pPr>
        <w:spacing w:before="0" w:after="140"/>
        <w:jc w:val="center"/>
      </w:pPr>
      <w:r>
        <w:rPr>
          <w:rFonts w:ascii="맑은 고딕" w:hAnsi="맑은 고딕" w:eastAsia="맑은 고딕"/>
          <w:b w:val="0"/>
          <w:sz w:val="18"/>
        </w:rPr>
        <w:t>20        년          월          일</w:t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17"/>
        </w:rPr>
        <w:t>원 고    성 명 :  ＿＿＿＿＿＿＿＿＿＿＿＿＿＿  (서명 또는 인)</w:t>
      </w:r>
    </w:p>
    <w:p>
      <w:pPr>
        <w:spacing w:before="0" w:after="0" w:line="80" w:lineRule="exact"/>
      </w:pPr>
      <w:r>
        <w:rPr>
          <w:rFonts w:ascii="맑은 고딕" w:hAnsi="맑은 고딕" w:eastAsia="맑은 고딕"/>
          <w:b w:val="0"/>
          <w:sz w:val="6"/>
        </w:rPr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17"/>
        </w:rPr>
        <w:t>제출처    ○○지방법원 귀중 :  ＿＿＿＿＿＿＿＿＿＿＿＿＿＿</w:t>
      </w:r>
    </w:p>
    <w:p>
      <w:pPr>
        <w:spacing w:before="0" w:after="0" w:line="80" w:lineRule="exact"/>
      </w:pPr>
      <w:r>
        <w:rPr>
          <w:rFonts w:ascii="맑은 고딕" w:hAnsi="맑은 고딕" w:eastAsia="맑은 고딕"/>
          <w:b w:val="0"/>
          <w:sz w:val="6"/>
        </w:rPr>
      </w:r>
    </w:p>
    <w:sectPr w:rsidR="00FC693F" w:rsidRPr="0006063C" w:rsidSect="00034616">
      <w:pgSz w:w="11906" w:h="16838"/>
      <w:pgMar w:top="737" w:right="567" w:bottom="73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/>
    </w:pPr>
    <w:rPr>
      <w:rFonts w:ascii="맑은 고딕" w:hAnsi="맑은 고딕" w:eastAsia="맑은 고딕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