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0"/>
        <w:jc w:val="center"/>
        <w:pBdr>
          <w:bottom w:val="single" w:sz="12" w:color="1F3864" w:space="2"/>
        </w:pBdr>
      </w:pPr>
      <w:r>
        <w:rPr>
          <w:rFonts w:ascii="맑은 고딕" w:hAnsi="맑은 고딕" w:eastAsia="맑은 고딕"/>
          <w:b/>
          <w:color w:val="1F3864"/>
          <w:sz w:val="36"/>
        </w:rPr>
        <w:t>임대차 계약해지통지서</w:t>
      </w:r>
    </w:p>
    <w:p>
      <w:pPr>
        <w:spacing w:before="0" w:after="80"/>
        <w:jc w:val="left"/>
      </w:pPr>
      <w:r>
        <w:rPr>
          <w:rFonts w:ascii="맑은 고딕" w:hAnsi="맑은 고딕" w:eastAsia="맑은 고딕"/>
          <w:b w:val="0"/>
          <w:color w:val="808080"/>
          <w:sz w:val="16"/>
        </w:rPr>
        <w:t>※ 연한 노랑 칸에 내용을 입력하세요. 파란 글씨 예시는 지우고 작성하시면 됩니다.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20"/>
              </w:rPr>
              <w:t xml:space="preserve"> 발 신 인 (임 차 인 / 임 대 인)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성 명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홍길동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연 락 처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010-1234-5678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주 소</w:t>
            </w:r>
          </w:p>
        </w:tc>
        <w:tc>
          <w:tcPr>
            <w:tcW w:type="dxa" w:w="9429"/>
            <w:gridSpan w:val="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서울특별시 강남구 테헤란로 123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20"/>
              </w:rPr>
              <w:t xml:space="preserve"> 수 신 인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성 명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김임대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연 락 처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010-9876-5432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주 소</w:t>
            </w:r>
          </w:p>
        </w:tc>
        <w:tc>
          <w:tcPr>
            <w:tcW w:type="dxa" w:w="9429"/>
            <w:gridSpan w:val="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서울특별시 서초구 서초대로 456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20"/>
              </w:rPr>
              <w:t xml:space="preserve"> 임 대 차 목 적 물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소 재 지</w:t>
            </w:r>
          </w:p>
        </w:tc>
        <w:tc>
          <w:tcPr>
            <w:tcW w:type="dxa" w:w="9429"/>
            <w:gridSpan w:val="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서울특별시 강남구 테헤란로 123, 101동 1001호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계약일자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2024.09.01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계약 만료일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2026.08.31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보 증 금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100,000,000원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월 차임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500,000원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94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 xml:space="preserve"> 해 지 통 지 내 용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1973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top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1. 위 임대차계약을 계약 만료일자로 해지(갱신 거절)하고자 통지합니다.</w:t>
              <w:br/>
              <w:t>2. 계약 종료일에 목적물을 인도함과 동시에 보증금을 반환하여 주시기 바랍니다.</w:t>
              <w:br/>
              <w:t>3. 반환 계좌 : ○○은행 000-00-000000 (예금주 : 홍길동)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해지 예정일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2026.08.31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보증금 반환 요청일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2026.08.31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60"/>
        <w:jc w:val="left"/>
      </w:pPr>
      <w:r>
        <w:rPr>
          <w:rFonts w:ascii="맑은 고딕" w:hAnsi="맑은 고딕" w:eastAsia="맑은 고딕"/>
          <w:b w:val="0"/>
          <w:sz w:val="18"/>
        </w:rPr>
        <w:t>※ 주택임대차보호법상 임차인은 계약 만료 2개월 전까지, 임대인은 6개월~2개월 전까지 갱신거절을 통지하여야 합니다. 통지 사실을 남기기 위해 내용증명으로 발송하시기를 권장합니다.</w:t>
      </w:r>
    </w:p>
    <w:p>
      <w:pPr>
        <w:spacing w:before="0" w:after="0" w:line="120" w:lineRule="exact"/>
      </w:pPr>
      <w:r>
        <w:rPr>
          <w:rFonts w:ascii="맑은 고딕" w:hAnsi="맑은 고딕" w:eastAsia="맑은 고딕"/>
          <w:b w:val="0"/>
          <w:sz w:val="10"/>
        </w:rPr>
      </w:r>
    </w:p>
    <w:p>
      <w:pPr>
        <w:spacing w:before="0" w:after="140"/>
        <w:jc w:val="center"/>
      </w:pPr>
      <w:r>
        <w:rPr>
          <w:rFonts w:ascii="맑은 고딕" w:hAnsi="맑은 고딕" w:eastAsia="맑은 고딕"/>
          <w:b w:val="0"/>
          <w:sz w:val="21"/>
        </w:rPr>
        <w:t>20        년          월          일</w:t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20"/>
        </w:rPr>
        <w:t>통지인    성 명 :  ＿＿＿＿＿＿＿＿＿＿＿＿＿＿  (서명 또는 인)</w:t>
      </w:r>
    </w:p>
    <w:p>
      <w:pPr>
        <w:spacing w:before="0" w:after="0" w:line="80" w:lineRule="exact"/>
      </w:pPr>
      <w:r>
        <w:rPr>
          <w:rFonts w:ascii="맑은 고딕" w:hAnsi="맑은 고딕" w:eastAsia="맑은 고딕"/>
          <w:b w:val="0"/>
          <w:sz w:val="6"/>
        </w:rPr>
      </w:r>
    </w:p>
    <w:sectPr w:rsidR="00FC693F" w:rsidRPr="0006063C" w:rsidSect="00034616">
      <w:pgSz w:w="11906" w:h="16838"/>
      <w:pgMar w:top="737" w:right="567" w:bottom="73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/>
    </w:pPr>
    <w:rPr>
      <w:rFonts w:ascii="맑은 고딕" w:hAnsi="맑은 고딕" w:eastAsia="맑은 고딕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