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보증금반환 청구 내용증명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4"/>
        </w:rPr>
        <w:t>내 용 증 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발 신 인 (임 차 인)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수 신 인 (임 대 인)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김임대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010-9876-5432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제 목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임대차보증금 반환 청구의 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임 대 차 목 적 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재 지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강남구 테헤란로 123, 101동 1001호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보 증 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100,000,000원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계약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2024.09.01~2026.08.31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계약 종료일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목적물 인도일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청 구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1. 귀하와 본인은 위 부동산에 관하여 임대차계약을 체결하였습니다.</w:t>
              <w:br/>
              <w:t>2. 위 계약은 2026년 8월 31일자로 기간이 만료되었고, 본인은 갱신 거절 의사를 적법하게 통지하였습니다.</w:t>
              <w:br/>
              <w:t>3. 본인은 계약 종료일에 목적물을 원상회복하여 인도하였음에도 귀하는 현재까지 보증금을 반환하지 않고 있습니다.</w:t>
              <w:br/>
              <w:t>4. 이에 본 통지서 수령일로부터 14일 이내에 보증금 전액을 반환하여 주시기 바랍니다.</w:t>
              <w:br/>
              <w:t>5. 위 기한 내에 반환하지 않을 경우 임차권등기명령 신청 및 보증금반환청구 소송 등 법적 절차를 진행할 것이며, 이에 따른 지연이자와 소송비용을 청구할 예정임을 알려드립니다.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반환 계좌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국민은행 123456-01-789012 (예금주 : 홍길동)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이행 기한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본 통지서 수령일로부터 14일 이내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발신인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