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영업일지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일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 5일 (수)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날 씨 / 이동거리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맑음 / 87km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방 문 · 상 담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 / 고객명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면담자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상담 내용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결과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10:00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박과장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신제품 소개 및 견적 협의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재방문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금 일 실 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방문 건수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신규 상담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계약 건수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수주 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3,300,000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 및 경쟁사 동향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익일 방문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 인    작 성 자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팀 장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