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거래처관리대장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사업자번호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담당자 / 연락처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 개시일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여신한도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234-56-78901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이대표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박과장 / 02-9876-5432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2020.03.10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20,000천원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거 래 조 건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결제 조건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할인율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특이사항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월말 마감 익월 말 결제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5%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장기 우수 거래처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