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고객상담일지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상담일시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 14:30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상담 채널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전화 / 방문 / 온라인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상 담 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상담 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CS-2026-0805-012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고 객 정 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고객명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김고객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고객 등급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일반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관련 상품 / 주문번호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○○제품 / ORD-12345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상 담 유 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유 형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문의 / 불만 / 요청 / 칭찬 / 기타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상 담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고객이 말한 내용을 가급적 그대로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처 리 내 용 및 안 내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상담원이 안내한 내용과 조치를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처리 상태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완료 / 진행중 / 이관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처리 기한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2026.08.07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이관 부서 / 담당자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품질관리팀 / 이담당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후속 조치 및 결과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