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전화메모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수신 일시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 (수) 14:20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받은 사람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전 달 대 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받으실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김철수 팀장님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긴급 여부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긴급 / 보통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발 신 자 정 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박담당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회사 / 소속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02-9876-5432 / 010-1111-2222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용 건 구 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구 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□ 전화 요망   □ 다시 걸겠음   □ 방문 예정   □ 단순 전달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메 모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7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통화 내용과 요청 사항을 정확히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회신 요청 시각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당일 17:00 이전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처리 여부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미처리 / 완료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