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고객만족도 설문지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조사명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 상반기 고객만족도 조사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조사일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20"/>
        </w:rPr>
        <w:t>고객님의 소중한 의견은 서비스 개선에 소중히 활용됩니다. 잠시 시간을 내어 응답해 주시면 감사하겠습니다. (소요 시간 약 3분)</w:t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응 답 자 정 보 (선 택)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연 령 대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20대 / 30대 / 40대 / 50대 이상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남 / 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이용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6개월 미만 / 1년 미만 / 1년 이상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이용 채널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온라인 / 오프라인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만 족 도 평 가  (5점: 매우 만족 ~ 1점: 매우 불만)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평가 항목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5점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4점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3점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2점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1점</w:t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제품 / 서비스 품질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□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□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□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□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□</w:t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재이용 의향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① 매우 그렇다 ② 그렇다 ③ 보통 ④ 아니다 ⑤ 전혀 아니다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타인 추천 의향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① 매우 그렇다 ② 그렇다 ③ 보통 ④ 아니다 ⑤ 전혀 아니다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개선이 필요한 점 / 건의사항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수집된 개인정보는 통계 분석 목적으로만 사용되며 조사 종료 후 파기됩니다.</w:t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