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시장조사보고서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조사 주제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국내 사무용 가구 시장 동향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조사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2026.07.01 ~ 07.31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조사 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문헌조사, 설문조사(n=300), 심층인터뷰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1. 조사 목적 및 배경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2. 시 장 규 모 및 성 장 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2024년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2025년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2026년(E)</w:t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시장 규모(억원)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2,800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3,050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3,300</w:t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3. 경 쟁 사 분 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자 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경쟁사 A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경쟁사 B</w:t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시장 점유율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12%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31%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22%</w:t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4. 소비자 조사 결과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4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주요 구매 요인, 만족·불만 요소, 미충족 니즈를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5. 시사점 및 전략 제언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4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첨부 자료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설문 원자료, 통계표, 인터뷰 녹취록 요약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