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1"/>
        </w:rPr>
        <w:t>제품소개서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3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1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제 품 명</w:t>
            </w:r>
          </w:p>
        </w:tc>
        <w:tc>
          <w:tcPr>
            <w:tcW w:type="dxa" w:w="6735"/>
            <w:gridSpan w:val="5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문서창고 프로 (Munje Pro)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출시일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2026.09.01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1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제품 분류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기업용 소프트웨어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작 성 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홍길동 대리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57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 xml:space="preserve"> 제 품 개 요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146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제품이 무엇이며 어떤 문제를 해결하는지 3~5줄로 요약합니다.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86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 xml:space="preserve"> 주 요 특 징 및 기 능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86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구 분</w:t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기능 / 특징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고객 혜택</w:t>
            </w:r>
          </w:p>
        </w:tc>
      </w:tr>
      <w:tr>
        <w:trPr>
          <w:trHeight w:val="286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자동 작성</w:t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AI 기반 문서 초안 자동 생성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작성 시간 70% 단축</w:t>
            </w:r>
          </w:p>
        </w:tc>
      </w:tr>
      <w:tr>
        <w:trPr>
          <w:trHeight w:val="286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86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86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86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86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86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 xml:space="preserve"> 제 품 사 양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86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항 목</w:t>
            </w:r>
          </w:p>
        </w:tc>
        <w:tc>
          <w:tcPr>
            <w:tcW w:type="dxa" w:w="6735"/>
            <w:gridSpan w:val="5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내 용</w:t>
            </w:r>
          </w:p>
        </w:tc>
      </w:tr>
      <w:tr>
        <w:trPr>
          <w:trHeight w:val="286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지원 환경</w:t>
            </w:r>
          </w:p>
        </w:tc>
        <w:tc>
          <w:tcPr>
            <w:tcW w:type="dxa" w:w="6735"/>
            <w:gridSpan w:val="5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Windows 10 이상 / macOS 12 이상 / 웹 브라우저</w:t>
            </w:r>
          </w:p>
        </w:tc>
      </w:tr>
      <w:tr>
        <w:trPr>
          <w:trHeight w:val="286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6735"/>
            <w:gridSpan w:val="5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86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6735"/>
            <w:gridSpan w:val="5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86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6735"/>
            <w:gridSpan w:val="5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86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6735"/>
            <w:gridSpan w:val="5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86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 xml:space="preserve"> 가 격 정 보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86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구 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가격(원)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제공 범위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비 고</w:t>
            </w:r>
          </w:p>
        </w:tc>
      </w:tr>
      <w:tr>
        <w:trPr>
          <w:trHeight w:val="286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기본형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150,000 / 월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사용자 20명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연간 계약 시 10% 할인</w:t>
            </w:r>
          </w:p>
        </w:tc>
      </w:tr>
      <w:tr>
        <w:trPr>
          <w:trHeight w:val="286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86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86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 xml:space="preserve"> 경 쟁 제 품 비 교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86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비교 항목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자사 제품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경쟁 제품 A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경쟁 제품 B</w:t>
            </w:r>
          </w:p>
        </w:tc>
      </w:tr>
      <w:tr>
        <w:trPr>
          <w:trHeight w:val="286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가격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150,000원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180,000원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220,000원</w:t>
            </w:r>
          </w:p>
        </w:tc>
      </w:tr>
      <w:tr>
        <w:trPr>
          <w:trHeight w:val="286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86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86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1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문 의 처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영업팀 02-1234-5678 / sales@example.co.kr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