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초대장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8"/>
        </w:rPr>
        <w:t>초       대       장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인 사 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4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예) 늘 저희 회사에 보내주신 관심과 성원에 깊이 감사드립니다.</w:t>
              <w:br/>
              <w:t>이번에 ○○○ 행사를 개최하게 되어 귀하를 정중히 모시고자 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행 사 안 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행 사 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 고객 감사 페스티벌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일 시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10월 15일(목) 오후 1시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장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코엑스 그랜드볼룸 (서울시 강남구 영동대로 513)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드레스코드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비즈니스 캐주얼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차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3시간 무료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참 석 회 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회신 기한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10월 5일까지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회신 방법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전화 또는 이메일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문 의 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02-1234-5678 / event@example.co.kr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2"/>
        </w:rPr>
        <w:t>바쁘시더라도 참석하시어 자리를 빛내주시기 바랍니다.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초대인    기 관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