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감사장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8"/>
        </w:rPr>
        <w:t>감       사       장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수 여 대 상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 대표이사 이대표 귀하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본   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예) 귀하께서는 평소 남다른 열정과 헌신으로 저희 회사의 발전에 크게 기여하여 주셨습니다. 이에 깊은 감사의 뜻을 담아 이 감사장을 드립니다.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깊은 감사의 마음을 담아 이 감사장을 드립니다.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수여자    기 관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