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상장(표창장)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제 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2026 - 001 호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구 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표창장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대 상 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소 속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직 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대리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 길 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생년월일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1990.01.01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본   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97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예) 위 사람은 평소 맡은 바 직무에 성실히 임하고 탁월한 성과를 거두어 회사 발전에 기여한 공이 크므로 이에 표창합니다.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/>
          <w:sz w:val="24"/>
        </w:rPr>
        <w:t>위와 같이 표창장을(를) 수여합니다.</w:t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1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수여자    기 관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