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수료증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제 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2026 - 수료 - 015 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과정 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직무 향상 교육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수 료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 길 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 마케팅팀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교 육 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과 정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디지털 마케팅 실무 과정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 ~ 09.05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이수 시간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 30시간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위 사람은 상기 교육과정을 성실히 이수하였으므로 이 증서를 수여합니다.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발급기관    기 관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