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위촉장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제 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2026 - 위촉 - 007 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위촉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자문위원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피 위 촉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 길 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○○대학교 경영학과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위 촉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위촉 직위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자문위원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위촉 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2027.08.31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위 촉 업 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위촉된 직위에서 수행할 역할과 업무 범위를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 사람을 위와 같이 위촉합니다.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위촉기관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