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체크리스트(업무점검표)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점검 항목명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월간 사무실 안전점검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점검일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점검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점 검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점검 항목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양호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불량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조치 사항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소화기 압력 및 유효기간 확인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점 검 결 과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점검 항목 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양 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불 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조치 완료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불량 항목 조치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점 검 자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책 임 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