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비품관리대장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관리번호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규격 / 모델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구입일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BP-001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복합기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○○-3000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2024.03.10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사용중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상태 구분: 사용중 / 보관 / 수리중 / 불용 / 폐기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 (분실·파손·폐기 내역)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