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자산관리대장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관리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총무팀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기준일자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2026.12.31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자산번호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자산명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취득가액(원)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사용 부서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관리 책임자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FA-001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업무용 노트북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2024.03.15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1,800,000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자 산 구 분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수 량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취득가액 합계(원)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비품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38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42,600,000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취득·처분 및 실사 결과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