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회의실 예약관리표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회의실명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본사 3층 대회의실 (정원 20명)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 1주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09:00~10:00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 주간회의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예 약 상 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예약 부서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 목적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예약자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09:00~10:00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주간 업무회의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사용 후 정리 정돈 및 전원 차단을 확인하여 주시기 바랍니다.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