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팩스표지(FAX Cover)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받 는 사 람 (TO)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 사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부서 / 담당자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구매팀 박과장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팩스 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02-9876-5433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전화 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02-9876-5432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보 내 는 사 람 (FROM)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 사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부서 / 담당자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영업팀 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팩스 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02-1234-5679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전화 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발신 일시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  14:30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총 매수 (표지 포함)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 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8월 발주 건 견적서 송부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구 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□ 긴급   □ 검토 요망   □ 회신 요망   □ 참고용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전 달 내 용 (MESSAGE)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본 팩스는 수신인에게만 전달되어야 할 내용을 포함하고 있습니다. 잘못 수신하신 경우 위 연락처로 알려주시고 즉시 폐기하여 주시기 바랍니다.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