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보육실습일지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실습생 성명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김실습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실습 기관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○○어린이집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실습 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2026년 8월 5일 (수)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담당 반 / 연령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햇님반 / 만 4세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지도교사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이교사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날 씨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맑음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오 늘 의 실 습 목 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7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이번 실습일에 배우고자 하는 목표를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일 과 운 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시 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활동 내용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실습생 역할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09:00~09:30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등원 및 자유놀이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영유아 맞이 및 놀이 지원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실 습 내 용 및 관 찰 기 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57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영유아의 반응, 교사의 상호작용 방법, 활동 진행 과정을 구체적으로 기록합니다.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느 낀 점 및 배 운 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오늘 실습을 통해 배운 점과 개선하고 싶은 점을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지도교사 평가 및 조언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확 인    실 습 생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지도교사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원 장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