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보육일지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반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햇님반 (만 4세)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일 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2026.08.05 (수)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날씨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맑음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담임교사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이교사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출석 / 결석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18명 / 2명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결석 사유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감기 2명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제 / 소주제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여름 / 물과 우리 생활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일 과 운 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시 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활동명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활동 내용</w:t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09:00~09:30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등원 및 인사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영유아 건강 상태 확인 및 개별 인사</w:t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급 · 간 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구 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식 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섭취 상태</w:t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점심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현미밥, 된장국, 불고기, 김치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대체로 양호</w:t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영유아 관찰 및 특이사항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개별 영유아의 발달, 건강, 정서 상태를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평가 및 내일의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6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확 인    담임교사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원 장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