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연차휴가신청서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휴 가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휴가구분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연차 / 반차 / 대체휴가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사용일수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휴가기간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2026.08.10(월) ~ 2026.08.12(수)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잔여 연차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15일 중 3일 사용 → 잔여 12일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휴 가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개인 사유 / 가족 행사 / 병가 등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업 무 대 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대행자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김영희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대행업무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SNS 채널 운영 및 고객 응대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연차휴가를 신청하오니 승인하여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