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알림장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반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햇님반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아동 성명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김아동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일 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오 늘 의 원 생 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 분</w:t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내 용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오늘의 활동</w:t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물놀이 활동 및 여름 주제 미술활동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건 강 · 생 활 상 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식 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낮 잠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배 변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기 분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잘 먹었어요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1시간 30분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양호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즐거워요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선생님이 전하는 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오늘 아이의 모습 중 가정에 전하고 싶은 내용을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가정에서 준비해 주실 것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예) 여벌 옷, 물놀이 용품 등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가정에서 전하는 말 (학부모 작성란)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