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가정통신문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관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○○어린이집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발송일자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가통-2026-018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 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학부모님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여름 물놀이 활동 안내 및 준비물 협조 요청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20"/>
        </w:rPr>
        <w:t>학부모님께.  안녕하십니까. 늘 저희 기관에 보내주시는 관심과 신뢰에 깊이 감사드립니다.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안 내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행사·활동의 목적과 취지</w:t>
              <w:br/>
              <w:t>2. 일시, 장소, 대상</w:t>
              <w:br/>
              <w:t>3. 준비물 및 유의사항</w:t>
              <w:br/>
              <w:t>4. 가정의 협조 요청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주 요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 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장소 / 비고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물놀이 활동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2026.08.12(수) 10:00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원내 놀이터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회 신 란 (절 취 후 제 출)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아동 성명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참여 여부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학부모 성명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서 명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김아동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참여 / 미참여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김부모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회신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2026.08.08까지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 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