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출석부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과정 / 반명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디지털 마케팅 실무 과정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9월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담당 교사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박교사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총 인원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2일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4일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5일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출석/결석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△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○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4/1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표기 방법: ○ 출석 / × 결석 / △ 지각 / ▲ 조퇴 / ⊙ 공결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월 간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수업 일수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평균 출석률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개근자 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