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4"/>
        </w:rPr>
        <w:t>방학생활계획표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5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학년 / 반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4학년 2반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성 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방학 기간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12/24~2/2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 xml:space="preserve"> 방 학 목 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3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이번 방학에 꼭 이루고 싶은 목표 3가지를 적어보세요.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하 루 생 활 계 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시 간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할 일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실천 확인</w:t>
            </w:r>
          </w:p>
        </w:tc>
      </w:tr>
      <w:tr>
        <w:trPr>
          <w:trHeight w:val="31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07:00 ~ 08:00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기상 및 아침 식사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□</w:t>
            </w:r>
          </w:p>
        </w:tc>
      </w:tr>
      <w:tr>
        <w:trPr>
          <w:trHeight w:val="31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1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1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1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1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1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1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1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1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주 간 실 천 점 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1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실천 항목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수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목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금</w:t>
            </w:r>
          </w:p>
        </w:tc>
      </w:tr>
      <w:tr>
        <w:trPr>
          <w:trHeight w:val="311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독서 30분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□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□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□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□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□</w:t>
            </w:r>
          </w:p>
        </w:tc>
      </w:tr>
      <w:tr>
        <w:trPr>
          <w:trHeight w:val="311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11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11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11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11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 xml:space="preserve"> 방학 동안 읽을 책 / 하고 싶은 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3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8"/>
        </w:rPr>
        <w:t>확 인    본 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8"/>
        </w:rPr>
        <w:t xml:space="preserve">    보호자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