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용돈기입장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이 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학년 / 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4학년 2반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받은 용돈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쓴 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남은 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저금한 돈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날짜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내 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들어온 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나간 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남은 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꼭 필요했나요?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8/1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용돈 받음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이번 달 느낀 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돈을 잘 썼는지, 다음 달에는 어떻게 쓰고 싶은지 적어보세요.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