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일일계획표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날 짜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 5일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날씨 / 기분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맑음 / 좋음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오 늘 의 목 표 (3가 지)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5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</w:t>
              <w:br/>
              <w:t>2.</w:t>
              <w:br/>
              <w:t>3.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시 간 별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시 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할 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완 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메 모</w:t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07:00 ~ 08:00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기상 및 아침 준비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오 늘 의 우 선 순 위 할 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우선순위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할 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완료 여부</w:t>
            </w:r>
          </w:p>
        </w:tc>
      </w:tr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보고서 초안 완성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□</w:t>
            </w:r>
          </w:p>
        </w:tc>
      </w:tr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오늘 하루 돌아보기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5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잘한 점, 아쉬운 점, 내일 개선할 점을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