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시간표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 름 / 소 속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/ 4학년 2반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학 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2026-2학기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교시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 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1교시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09:00~09:40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국어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수학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체육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방 과 후 · 기 타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요 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 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활동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장 소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16:00~17:30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피아노 학원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○○음악학원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메모 및 준비물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