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여행계획표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여행지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제주도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여행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2026.09.20 ~ 09.23 (3박 4일)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동행 인원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4명 (성인 2, 아동 2)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총 예산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2,000,000원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교 통 · 숙 박 예 약 현 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내 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예약 번호 / 비고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금액(원)</w:t>
            </w:r>
          </w:p>
        </w:tc>
      </w:tr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항공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김포→제주 09/20 08:00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ABC12345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320,000</w:t>
            </w:r>
          </w:p>
        </w:tc>
      </w:tr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일 정 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일자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시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장소 / 활동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이동 수단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예상 비용</w:t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9/20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10:30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제주공항 도착 → 렌터카 수령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렌터카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150,000</w:t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준비물 체크리스트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6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신분증, 예약 확인증, 상비약, 충전기, 세면도구, 우산 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비상 연락처 및 메모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5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