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여행경비 정산표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여행지 / 기간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제주도 / 2026.09.20~09.23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인원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총 예산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2,000,000원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정산일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2026.09.25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지 출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항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 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결제자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결제 수단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9/20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교통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왕복 항공권 4인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신용카드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1,280,000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인 원 별 정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선지출액(원)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1인 부담액(원)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정산 금액(원)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1,280,000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465,000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+815,000 (받을 돈)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1인 부담액 = 총 지출액 ÷ 인원수. 정산 금액이 (+)이면 받을 돈, (−)이면 보낼 돈입니다.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