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다이어트 식단표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 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 1주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목표 체중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70kg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현재 체중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78kg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목표 칼로리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1,800 kcal/일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시작일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주 간 식 단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아침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오트밀+계란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일 일 기 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날짜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체중(kg)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섭취 칼로리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운동 / 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컨디션 / 메모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78.0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1,750 kcal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걷기 40분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양호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이번 주 돌아보기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잘 지킨 점과 어려웠던 점, 다음 주 개선 방안을 적어보세요.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