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운동일지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이 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기 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2026년 8월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운동 목표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체지방 5kg 감량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일 일 운 동 기 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날짜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운동 종목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세트 / 횟수 / 중량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시간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강도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컨디션 메모</w:t>
            </w:r>
          </w:p>
        </w:tc>
      </w:tr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8/1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벤치프레스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40kg × 10회 × 3세트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중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어깨 약간 뻐근</w:t>
            </w:r>
          </w:p>
        </w:tc>
      </w:tr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7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월 간 집 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운동 일수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총 운동 시간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체중 변화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체지방률 변화</w:t>
            </w:r>
          </w:p>
        </w:tc>
      </w:tr>
      <w:tr>
        <w:trPr>
          <w:trHeight w:val="32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신 체 변 화 기 록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측정일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체중(kg)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체지방률(%)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골격근량(kg)</w:t>
            </w:r>
          </w:p>
        </w:tc>
      </w:tr>
      <w:tr>
        <w:trPr>
          <w:trHeight w:val="32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8/1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78.0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24.5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32.1</w:t>
            </w:r>
          </w:p>
        </w:tc>
      </w:tr>
      <w:tr>
        <w:trPr>
          <w:trHeight w:val="32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7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3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목표 달성도 및 다음 달 계획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