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독서기록장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책 제 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○○○○○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지 은 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홍저자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출 판 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○○출판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분 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인문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읽은 기간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2026.08.01 ~ 08.10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총 페이지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312쪽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별 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★★★★☆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책 을 읽 게 된 이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줄 거 리 · 핵 심 내 용 요 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7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책의 주요 내용을 3~5문단으로 정리해 보세요.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기 억 에 남 는 구 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쪽 수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인 상 깊 은 문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나의 생각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p.87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"..."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이 부분에서 크게 공감했다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느 낀 점 과 배 운 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7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책을 통해 새롭게 알게 된 것, 생각이 바뀐 부분, 실천하고 싶은 것을 적어보세요.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추천 대상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진로를 고민하는 20대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다음에 읽을 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