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버킷리스트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이 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나 의 인 생 목 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내가 진짜 원하는 삶의 모습을 한두 문장으로 적어보세요.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버 킷 리 스 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하고 싶은 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분 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목표 시기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필요한 것 / 비용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달성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제주 올레길 完주하기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여행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2027년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약 100만원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□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올 해 꼭 이 룰 3 가 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우선순위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목 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첫 번째 실행 계획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자격증 취득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8월 중 인터넷 강의 등록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