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이사 체크리스트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이사 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이사 업체 / 연락처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○○이사 / 1588-0000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현재 주소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이사할 주소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서울시 송파구 올림픽로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이 사 前 (D-30 ~ D-1)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확인 사항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 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</w:t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이사 업체 견적 비교 및 계약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D-30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□</w:t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이 사 當 日 및 以 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확인 사항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 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</w:t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전입신고 및 확정일자 받기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D+14 이내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□</w:t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비 용 정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예상 금액(원)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금액(원)</w:t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이사 비용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1,200,000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5"/>
        </w:rPr>
        <w:t>※ 전입신고와 확정일자는 보증금 보호(대항력·우선변제권)를 위해 이사 당일 처리하시기를 권장합니다.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