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축의금·부의금 명부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행사 구분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결혼 / 장례 / 돌잔치 / 기타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행사일자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2027.05.15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행사명 / 주인공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홍길동·김영희 결혼식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장 소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○○웨딩홀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번호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성 명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관 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소속 / 연락처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금액(원)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전달 방법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답례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김철수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직장 동료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(주)한국상사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100,000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현장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□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합  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집 계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총 인원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총 금액(원)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답례 완료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답례 미완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8"/>
        </w:rPr>
        <w:t>※ 본 명부에는 개인정보가 포함되어 있으므로 보관과 폐기에 유의하시기 바랍니다.</w:t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