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출근부(근태관리표)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요일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출근시각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퇴근시각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근무시간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연장근로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근태구분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휴무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근태구분: 정상 / 지각 / 조퇴 / 외출 / 연차 / 반차 / 병가 / 출장 / 휴무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본 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팀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