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자기계발 계획서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이 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계획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2026.09 ~ 2027.08 (1년)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나 의 현 재 상 태 진 단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현재 나의 강점, 부족한 점, 처한 상황을 솔직하게 적어보세요.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1 년 후 되 고 싶 은 모 습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구체적이고 측정 가능한 모습으로 적어보세요.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영 역 별 목 표 및 실 행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영 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구체적 목표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실행 계획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목표 시기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달성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직무 역량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데이터 분석 자격증 취득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주 3회 인강 수강 + 주말 실습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2027.03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□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분 기 별 점 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분 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주요 성과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미달성 항목 / 원인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1분기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인강 40% 수강 완료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실습 부족 — 주말 일정 조정 필요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나에게 하는 다짐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